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-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כתבה בעברית קלה ולזהות פרטים מרכזיים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 מה מתי איפה למה ולסדר אירועים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להביע דעה אישית ולנמק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הדבורים גלגלו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יכלו לעבור ליד הכדורים בלי לעצור, אבל בחרו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החוקרים אמרו שצריך עוד ניסויים, כי זה רק מחקר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מה מתי איפה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דבורי בומבוס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גלגלו אותם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בזירה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לבדוק 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אוכל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ניסויים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סגור לניסוי או תחרות)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(בדיקה כדי לגלות משהו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(לסובב משהו על הרצפה)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(אנשים שעובדים במדע)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(תחושה נעימה של כיף)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החוקרים בנו זירה עם אוכל מתוק וכדורים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הדבורים עברו ליד הכדורים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הדבורים עצרו וגלגלו את הכדורים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החוקרים גילו שדבורים צעירות שיחקו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שמסכמת את עיקר הכתבה, למשל: דבורים גלגלו כדורים בשביל הכיף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יצירתית הקשורה לדבורים או למשחק, למשל: כדורגל בעולם הדבורים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דעה אישית עם נימוק הקשור לתוכן הכתבה, כגון הפתעה מכך שחרקים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 הקשורה לנושא, למשל: האם בעלי חיים נוספים משחקים גם 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לתוכן הכתבה על דבורים וניסוי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מתוך רשימת המילים החדשות עם 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דעה אישית עם נימוק קצר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הקראה של הכתבה לפני הקריאה העצמאית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לסמן מילים לא מוכרות בעיפרון ולדון בהן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לקבל כל תשובה סבירה המבוססת על תוכן הכתבה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-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נעבוד על כתבה קצרה בשם דבורים שמשחקות בכדור, שמספרת על ניסוי מדעי מעניין עם דבורי בומבוס.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בנו זירה גדולה עם דבורי בומבוס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על כל גלגול 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צעירות גלגלו כדורים יותר מדבורים מבוגרות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נאלצו לעבור ליד הכדורים כדי להגיע לאוכל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אומרים שזה המחקר האחרון בנושא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מה מתי איפה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השתתף בניסוי מלבד החוקרים?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 בומבוס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הדבורים עשו עם הכדורים?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אכלו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גלגלו אותם שוב ושוב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הסתירו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שברו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התרחש הניסוי?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בזירה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החוקרים עשו את הניסוי?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לבדוק אם דבורים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לבדוק 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לבדוק אם דבורים טסות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לבדוק מה דבורים אוכלות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בצד השני של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כדורים נוספים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החוקרים שמו בזירה __________ קטנים וצבעוניים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הדבורים עצרו ליד הכדורים ו__________ אותם שוב ושוב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דבורים __________ גלגלו כדורים יותר מדבורים מבוגרות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אולי גם לחרקים יש רגשות פשוטים,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החוקרים אומרים שצריך לעשות עוד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לסובב משהו על הרצפה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ניסוי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שעובדים במדע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תחושה נעימה של כיף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סגור לניסוי או תחרות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בדיקה כדי לגלות משהו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עברו ליד הכדורים בדרך לאוכל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עצרו וגלגלו את הכדורים שוב ושוב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גילו שדבורים צעירות שיחקו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בנו זירה עם אוכל מתוק וכדורים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במשפט אחד במילים שלכם: הכתבה מספרת 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לכתבה כותרת חדשה ומעניינת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את דעתכם על הגילוי שבכתבה, ונמקו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שאלה אחת שנשארה לכם אחרי קריאת הכתבה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אחד שלמדתם מהכתבה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חדשה שלמדתם ומה היא אומרת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אהבתם את הכתבה? למה כן או למה 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- דבורים שמשחקות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