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כתבה בעברית קלה ולזהות פרטים מרכזיים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 מה מתי איפה למה ולסדר אירועים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ולנמק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בכתבה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יכלו לעבור ליד הכדורים בלי לעצור, אבל בחרו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החוקרים אמרו שצריך עוד ניסויים, כי זה רק מחקר 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 מה מתי איפה 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גלגלו אותם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בזירה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לבדוק 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גלגלו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צעירות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ניסויים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(מקום סגור לניסוי או תחרות)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כדי לגלות משהו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(לסובב משהו על הרצפה)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(אנשים שעובדים במדע)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(תחושה נעימה של כיף)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החוקרים בנו זירה עם אוכל מתוק וכדורים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הדבורים עברו ליד הכדורים בדרך לאוכל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הדבורים עצרו וגלגלו את הכדורים שוב ושוב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החוקרים גילו שדבורים צעירות שיחקו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שמסכמת את עיקר הכתבה, למשל: דבורים גלגלו כדורים בשביל הכיף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יצירתית הקשורה לדבורים או למשחק, למשל: כדורגל בעולם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 אישית עם נימוק הקשור לתוכן הכתבה, כגון הפתעה מכך שחרקים 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שאלה הקשורה לנושא, למשל: האם בעלי חיים נוספים משחקים גם 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לתוכן הכתבה על דבורים וניסוי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מתוך רשימת המילים החדשות עם הסבר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 אישית עם נימוק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הקראה של הכתבה לפני הקריאה העצמאית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לסמן מילים לא מוכרות בעיפרון ולדון בהן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לקבל כל תשובה סבירה המבוססת על תוכן הכתבה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דבורים שמשחקות בכדור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נקרא כתבה קטנה על דבורים שמשחקות בכדור. נענה על שאלות קלות על הכתבה.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סגור שבו עושים ניסוי או תחרות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ניסוי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שעושים כדי לגלות משהו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לגלגל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לסובב משהו על הרצפה, כמו 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חוקרים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שעובדים במדע ובודקים שאלות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קטנים כמו דבורים ונמלים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הנאה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נעימה של כיף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טוב שמקבלים על מעשה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גדולה עם דבורי בומבוס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קיבלו פרס על כל גלגול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נאלצו לעבור ליד הכדורים כדי להגיע לאוכל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אומרים שזה המחקר האחרון בנושא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 מה מתי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חרקים היו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הדבורים עשו?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גלגלו אותם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הסתירו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שברו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הדבורים היו?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החוקרים רצו לגלות?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לבדוק 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לבדוק 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לבדוק אם דבורים טסות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לבדוק מה דבורים אוכלות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חיכה לדבורים בקצה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כדורים נוספים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החוקרים שמו בזירה __________ קטנים וצבעוניים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הדבורים עצרו ליד הכדורים ו__________ אותם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דבורים __________ גלגלו כדורים יותר מדבורים מבוגרות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אולי גם לחרקים יש רגשות פשוטים,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החוקרים אומרים שצריך לעשות עוד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אנשים שעובדים במדע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לסובב משהו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לגלגל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תחושה נעימה של כיף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בדיקה כדי לגלות משהו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הנאה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מקום סגור לניסוי או תחרות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עצרו וגלגלו את הכדורים שוב ושוב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בנו זירה עם אוכל מתוק וכדורים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החוקרים גילו שדבורים צעירות שיחקו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הדבורים עברו ליד הכדורים בדרך לאוכל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במשפט אחד במילים שלכם: הכתבה מספרת ש...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המציאו לכתבה כותרת חדשה ומעניינת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את דעתכם על הגילוי שבכתבה, ונמקו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שאלה אחת שנשארה לכם אחרי קריאת הכתבה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חדשה שלמדתם ומה היא אומרת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אהבתם את הכתבה? למה כן או למה 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דבורים שמשחקות בכדור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