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בעברית קלה ולזהות פרטים מרכזיים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 מה מתי איפה למה ולסדר 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ולנמק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בפירוש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גלגלו אותם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בזירה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סגור לניסוי או 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שעובדים במדע)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וגלגלו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החוקרים גילו שדבורים צעירות שיחקו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שמסכמת את עיקר הכתבה, למשל: דבורים גלגלו כדורים בשביל הכיף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יצירתית הקשורה לדבורים או למשחק, למשל: כדורגל בעולם הדבורים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על דבורים וניסוי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רשימת המילים החדשות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הקראה של הכתבה לפני הקריאה העצמאית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מילים לא מוכרות בעיפרון ולדון בהן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לקבל כל תשובה סבירה המבוססת על תוכן הכתבה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נעבוד על כתבה קצרה בשם דבורים שמשחקות בכדור, שמספרת על ניסוי מדעי מעניין עם דבורי בומבוס.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גלגלו  ·  צעירות  ·  כדורים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החוקרים בנו זירה גדולה עם דבורי בומבוס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השתתף בניסוי מלבד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הדבורים עשו עם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גלגלו אותם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הסתירו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התרחש הניסוי?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החוקרים שמו בזירה __________ קטנים וצבעוניים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הדבורים עצרו ליד הכדורים ו__________ אותם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דבורים __________ גלגלו כדורים יותר מדבורים מבוגרות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לסובב משהו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שעובדים במדע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סגור לניסוי או תחרות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בדיקה כדי לגלות משהו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עברו ליד הכדורים בדרך לאוכל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עצרו וגלגלו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החוקרים גילו שדבורים צעירות שיחקו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החוקרים בנו זירה עם אוכל מתוק וכדורים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במשפט אחד במילים שלכם: הכתבה מספרת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המציאו לכתבה כותרת חדשה ומעניינת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דבר אחד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חדשה שלמדתם ומה היא אומרת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